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91813A0" w14:textId="77777777" w:rsidR="00A24FA9" w:rsidRPr="002439DE" w:rsidRDefault="00000000">
      <w:pPr>
        <w:pStyle w:val="berschrift1"/>
        <w:jc w:val="center"/>
        <w:rPr>
          <w:rFonts w:cstheme="majorHAnsi"/>
          <w:sz w:val="52"/>
          <w:szCs w:val="52"/>
        </w:rPr>
      </w:pPr>
      <w:r w:rsidRPr="002439DE">
        <w:rPr>
          <w:rFonts w:ascii="Apple Color Emoji" w:hAnsi="Apple Color Emoji" w:cs="Apple Color Emoji"/>
          <w:sz w:val="52"/>
          <w:szCs w:val="52"/>
        </w:rPr>
        <w:t>☀️</w:t>
      </w:r>
      <w:r w:rsidRPr="002439DE">
        <w:rPr>
          <w:rFonts w:cstheme="majorHAnsi"/>
          <w:sz w:val="52"/>
          <w:szCs w:val="52"/>
        </w:rPr>
        <w:t xml:space="preserve"> Tankinos großes Sommerrätsel </w:t>
      </w:r>
      <w:r w:rsidRPr="002439DE">
        <w:rPr>
          <w:rFonts w:ascii="Apple Color Emoji" w:hAnsi="Apple Color Emoji" w:cs="Apple Color Emoji"/>
          <w:sz w:val="52"/>
          <w:szCs w:val="52"/>
        </w:rPr>
        <w:t>☀️</w:t>
      </w:r>
    </w:p>
    <w:p w14:paraId="0BB5BD37" w14:textId="77777777" w:rsidR="00A24FA9" w:rsidRPr="00E56FB1" w:rsidRDefault="00000000">
      <w:pPr>
        <w:jc w:val="center"/>
        <w:rPr>
          <w:rFonts w:asciiTheme="majorHAnsi" w:hAnsiTheme="majorHAnsi" w:cstheme="majorHAnsi"/>
        </w:rPr>
      </w:pPr>
      <w:r w:rsidRPr="00E56FB1">
        <w:rPr>
          <w:rFonts w:asciiTheme="majorHAnsi" w:hAnsiTheme="majorHAnsi" w:cstheme="majorHAnsi"/>
          <w:b/>
        </w:rPr>
        <w:t xml:space="preserve">Gewinne einen coolen Wasserball! </w:t>
      </w:r>
      <w:r w:rsidRPr="00E56FB1">
        <w:rPr>
          <w:rFonts w:ascii="Apple Color Emoji" w:hAnsi="Apple Color Emoji" w:cs="Apple Color Emoji"/>
          <w:b/>
        </w:rPr>
        <w:t>🌊🏖️</w:t>
      </w:r>
    </w:p>
    <w:p w14:paraId="5628A386" w14:textId="77777777" w:rsidR="00A24FA9" w:rsidRPr="00E56FB1" w:rsidRDefault="00A24FA9">
      <w:pPr>
        <w:rPr>
          <w:rFonts w:asciiTheme="majorHAnsi" w:hAnsiTheme="majorHAnsi" w:cstheme="majorHAnsi"/>
        </w:rPr>
      </w:pPr>
    </w:p>
    <w:p w14:paraId="70161C86" w14:textId="5000D45D" w:rsidR="00A24FA9" w:rsidRPr="00E56FB1" w:rsidRDefault="00000000">
      <w:pPr>
        <w:rPr>
          <w:rFonts w:asciiTheme="majorHAnsi" w:hAnsiTheme="majorHAnsi" w:cstheme="majorHAnsi"/>
        </w:rPr>
      </w:pPr>
      <w:r w:rsidRPr="001079F7">
        <w:rPr>
          <w:rFonts w:asciiTheme="majorHAnsi" w:hAnsiTheme="majorHAnsi" w:cstheme="majorHAnsi"/>
          <w:b/>
          <w:sz w:val="28"/>
          <w:szCs w:val="28"/>
        </w:rPr>
        <w:t>Tankino braucht deine Hilfe!</w:t>
      </w:r>
      <w:r w:rsidRPr="00E56FB1">
        <w:rPr>
          <w:rFonts w:asciiTheme="majorHAnsi" w:hAnsiTheme="majorHAnsi" w:cstheme="majorHAnsi"/>
          <w:b/>
        </w:rPr>
        <w:br/>
      </w:r>
      <w:r w:rsidRPr="00E56FB1">
        <w:rPr>
          <w:rFonts w:asciiTheme="majorHAnsi" w:hAnsiTheme="majorHAnsi" w:cstheme="majorHAnsi"/>
        </w:rPr>
        <w:t xml:space="preserve">Heute ist es suuuper heiß! Tankino möchte mit seinen Freunden zum Badesee gehen. Doch oh nein — der magische Wasserball ist verschwunden! </w:t>
      </w:r>
      <w:r w:rsidRPr="00E56FB1">
        <w:rPr>
          <w:rFonts w:ascii="Apple Color Emoji" w:hAnsi="Apple Color Emoji" w:cs="Apple Color Emoji"/>
        </w:rPr>
        <w:t>😱</w:t>
      </w:r>
      <w:r w:rsidRPr="00E56FB1">
        <w:rPr>
          <w:rFonts w:asciiTheme="majorHAnsi" w:hAnsiTheme="majorHAnsi" w:cstheme="majorHAnsi"/>
        </w:rPr>
        <w:br/>
      </w:r>
      <w:r w:rsidRPr="00E56FB1">
        <w:rPr>
          <w:rFonts w:asciiTheme="majorHAnsi" w:hAnsiTheme="majorHAnsi" w:cstheme="majorHAnsi"/>
        </w:rPr>
        <w:br/>
        <w:t>Nur wer das Sommerrätsel löst, kann ihn finden.</w:t>
      </w:r>
    </w:p>
    <w:p w14:paraId="207AB767" w14:textId="77777777" w:rsidR="001079F7" w:rsidRDefault="001079F7">
      <w:pPr>
        <w:pStyle w:val="berschrift2"/>
        <w:rPr>
          <w:rFonts w:cstheme="majorHAnsi"/>
        </w:rPr>
      </w:pPr>
    </w:p>
    <w:p w14:paraId="1B514083" w14:textId="559DC426" w:rsidR="00A24FA9" w:rsidRPr="00E56FB1" w:rsidRDefault="00000000">
      <w:pPr>
        <w:pStyle w:val="berschrift2"/>
        <w:rPr>
          <w:rFonts w:cstheme="majorHAnsi"/>
        </w:rPr>
      </w:pPr>
      <w:r w:rsidRPr="00E56FB1">
        <w:rPr>
          <w:rFonts w:cstheme="majorHAnsi"/>
        </w:rPr>
        <w:t>Das Rätsel</w:t>
      </w:r>
    </w:p>
    <w:p w14:paraId="1724906C" w14:textId="43BB69FD" w:rsidR="00A24FA9" w:rsidRPr="00E56FB1" w:rsidRDefault="00000000">
      <w:pPr>
        <w:rPr>
          <w:rFonts w:asciiTheme="majorHAnsi" w:hAnsiTheme="majorHAnsi" w:cstheme="majorHAnsi"/>
        </w:rPr>
      </w:pPr>
      <w:r w:rsidRPr="00E56FB1">
        <w:rPr>
          <w:rFonts w:asciiTheme="majorHAnsi" w:hAnsiTheme="majorHAnsi" w:cstheme="majorHAnsi"/>
          <w:sz w:val="24"/>
        </w:rPr>
        <w:t>Ich bin gelb und heiß am Himmel,</w:t>
      </w:r>
      <w:r w:rsidRPr="00E56FB1">
        <w:rPr>
          <w:rFonts w:asciiTheme="majorHAnsi" w:hAnsiTheme="majorHAnsi" w:cstheme="majorHAnsi"/>
          <w:sz w:val="24"/>
        </w:rPr>
        <w:br/>
        <w:t>ich strahle herunter mit großem Gebimmel.</w:t>
      </w:r>
      <w:r w:rsidRPr="00E56FB1">
        <w:rPr>
          <w:rFonts w:asciiTheme="majorHAnsi" w:hAnsiTheme="majorHAnsi" w:cstheme="majorHAnsi"/>
          <w:sz w:val="24"/>
        </w:rPr>
        <w:br/>
        <w:t>Im Sommer bin ich oft zu sehen —</w:t>
      </w:r>
      <w:r w:rsidRPr="00E56FB1">
        <w:rPr>
          <w:rFonts w:asciiTheme="majorHAnsi" w:hAnsiTheme="majorHAnsi" w:cstheme="majorHAnsi"/>
          <w:sz w:val="24"/>
        </w:rPr>
        <w:br/>
        <w:t>ohne mich könnt ihr nicht baden gehen!</w:t>
      </w:r>
      <w:r w:rsidRPr="00E56FB1">
        <w:rPr>
          <w:rFonts w:asciiTheme="majorHAnsi" w:hAnsiTheme="majorHAnsi" w:cstheme="majorHAnsi"/>
          <w:sz w:val="24"/>
        </w:rPr>
        <w:br/>
      </w:r>
      <w:r w:rsidRPr="00E56FB1">
        <w:rPr>
          <w:rFonts w:asciiTheme="majorHAnsi" w:hAnsiTheme="majorHAnsi" w:cstheme="majorHAnsi"/>
          <w:sz w:val="24"/>
        </w:rPr>
        <w:br/>
        <w:t>Wer bin ich?</w:t>
      </w:r>
    </w:p>
    <w:p w14:paraId="70C546DD" w14:textId="77777777" w:rsidR="00A24FA9" w:rsidRPr="00E56FB1" w:rsidRDefault="00000000">
      <w:pPr>
        <w:rPr>
          <w:rFonts w:asciiTheme="majorHAnsi" w:hAnsiTheme="majorHAnsi" w:cstheme="majorHAnsi"/>
        </w:rPr>
      </w:pPr>
      <w:r w:rsidRPr="00E56FB1">
        <w:rPr>
          <w:rFonts w:asciiTheme="majorHAnsi" w:hAnsiTheme="majorHAnsi" w:cstheme="majorHAnsi"/>
        </w:rPr>
        <w:t>______________________________</w:t>
      </w:r>
    </w:p>
    <w:p w14:paraId="0CDC55E1" w14:textId="77777777" w:rsidR="00E571D9" w:rsidRDefault="00E571D9">
      <w:pPr>
        <w:rPr>
          <w:rFonts w:asciiTheme="majorHAnsi" w:hAnsiTheme="majorHAnsi" w:cstheme="majorHAnsi"/>
          <w:sz w:val="24"/>
        </w:rPr>
      </w:pPr>
    </w:p>
    <w:p w14:paraId="5B3C7F00" w14:textId="24091E4E" w:rsidR="00A24FA9" w:rsidRPr="00E56FB1" w:rsidRDefault="00000000">
      <w:pPr>
        <w:rPr>
          <w:rFonts w:asciiTheme="majorHAnsi" w:hAnsiTheme="majorHAnsi" w:cstheme="majorHAnsi"/>
        </w:rPr>
      </w:pPr>
      <w:r w:rsidRPr="00E56FB1">
        <w:rPr>
          <w:rFonts w:asciiTheme="majorHAnsi" w:hAnsiTheme="majorHAnsi" w:cstheme="majorHAnsi"/>
          <w:sz w:val="24"/>
        </w:rPr>
        <w:t>Ich bin kalt und mache nass,</w:t>
      </w:r>
      <w:r w:rsidRPr="00E56FB1">
        <w:rPr>
          <w:rFonts w:asciiTheme="majorHAnsi" w:hAnsiTheme="majorHAnsi" w:cstheme="majorHAnsi"/>
          <w:sz w:val="24"/>
        </w:rPr>
        <w:br/>
        <w:t>im Sommer trinken viele mich aus dem Glas.</w:t>
      </w:r>
      <w:r w:rsidRPr="00E56FB1">
        <w:rPr>
          <w:rFonts w:asciiTheme="majorHAnsi" w:hAnsiTheme="majorHAnsi" w:cstheme="majorHAnsi"/>
          <w:sz w:val="24"/>
        </w:rPr>
        <w:br/>
      </w:r>
      <w:r w:rsidRPr="00E56FB1">
        <w:rPr>
          <w:rFonts w:asciiTheme="majorHAnsi" w:hAnsiTheme="majorHAnsi" w:cstheme="majorHAnsi"/>
          <w:sz w:val="24"/>
        </w:rPr>
        <w:br/>
        <w:t>Wer bin ich?</w:t>
      </w:r>
    </w:p>
    <w:p w14:paraId="3AE10070" w14:textId="77777777" w:rsidR="00A24FA9" w:rsidRPr="00E56FB1" w:rsidRDefault="00000000">
      <w:pPr>
        <w:rPr>
          <w:rFonts w:asciiTheme="majorHAnsi" w:hAnsiTheme="majorHAnsi" w:cstheme="majorHAnsi"/>
        </w:rPr>
      </w:pPr>
      <w:r w:rsidRPr="00E56FB1">
        <w:rPr>
          <w:rFonts w:asciiTheme="majorHAnsi" w:hAnsiTheme="majorHAnsi" w:cstheme="majorHAnsi"/>
        </w:rPr>
        <w:t>______________________________</w:t>
      </w:r>
    </w:p>
    <w:p w14:paraId="0F06B3EC" w14:textId="77777777" w:rsidR="00E571D9" w:rsidRDefault="00E571D9">
      <w:pPr>
        <w:rPr>
          <w:rFonts w:asciiTheme="majorHAnsi" w:hAnsiTheme="majorHAnsi" w:cstheme="majorHAnsi"/>
          <w:sz w:val="24"/>
        </w:rPr>
      </w:pPr>
    </w:p>
    <w:p w14:paraId="64DA8F91" w14:textId="59939D4F" w:rsidR="00A24FA9" w:rsidRPr="00E56FB1" w:rsidRDefault="00000000">
      <w:pPr>
        <w:rPr>
          <w:rFonts w:asciiTheme="majorHAnsi" w:hAnsiTheme="majorHAnsi" w:cstheme="majorHAnsi"/>
        </w:rPr>
      </w:pPr>
      <w:r w:rsidRPr="00E56FB1">
        <w:rPr>
          <w:rFonts w:asciiTheme="majorHAnsi" w:hAnsiTheme="majorHAnsi" w:cstheme="majorHAnsi"/>
          <w:sz w:val="24"/>
        </w:rPr>
        <w:t>Tankino baut mich gern am Strand,</w:t>
      </w:r>
      <w:r w:rsidRPr="00E56FB1">
        <w:rPr>
          <w:rFonts w:asciiTheme="majorHAnsi" w:hAnsiTheme="majorHAnsi" w:cstheme="majorHAnsi"/>
          <w:sz w:val="24"/>
        </w:rPr>
        <w:br/>
        <w:t>mit Schaufel und Eimer aus feinem Sand.</w:t>
      </w:r>
      <w:r w:rsidRPr="00E56FB1">
        <w:rPr>
          <w:rFonts w:asciiTheme="majorHAnsi" w:hAnsiTheme="majorHAnsi" w:cstheme="majorHAnsi"/>
          <w:sz w:val="24"/>
        </w:rPr>
        <w:br/>
      </w:r>
      <w:r w:rsidRPr="00E56FB1">
        <w:rPr>
          <w:rFonts w:asciiTheme="majorHAnsi" w:hAnsiTheme="majorHAnsi" w:cstheme="majorHAnsi"/>
          <w:sz w:val="24"/>
        </w:rPr>
        <w:br/>
        <w:t>Was ist das?</w:t>
      </w:r>
    </w:p>
    <w:p w14:paraId="2FC2A770" w14:textId="77777777" w:rsidR="00A24FA9" w:rsidRPr="00E56FB1" w:rsidRDefault="00000000">
      <w:pPr>
        <w:rPr>
          <w:rFonts w:asciiTheme="majorHAnsi" w:hAnsiTheme="majorHAnsi" w:cstheme="majorHAnsi"/>
        </w:rPr>
      </w:pPr>
      <w:r w:rsidRPr="00E56FB1">
        <w:rPr>
          <w:rFonts w:asciiTheme="majorHAnsi" w:hAnsiTheme="majorHAnsi" w:cstheme="majorHAnsi"/>
        </w:rPr>
        <w:t>______________________________</w:t>
      </w:r>
    </w:p>
    <w:p w14:paraId="1DA2778F" w14:textId="6DA99CD0" w:rsidR="00A24FA9" w:rsidRPr="00E56FB1" w:rsidRDefault="00000000">
      <w:pPr>
        <w:rPr>
          <w:rFonts w:asciiTheme="majorHAnsi" w:hAnsiTheme="majorHAnsi" w:cstheme="majorHAnsi"/>
        </w:rPr>
      </w:pPr>
      <w:r w:rsidRPr="00E56FB1">
        <w:rPr>
          <w:rFonts w:asciiTheme="majorHAnsi" w:hAnsiTheme="majorHAnsi" w:cstheme="majorHAnsi"/>
          <w:sz w:val="24"/>
        </w:rPr>
        <w:lastRenderedPageBreak/>
        <w:t xml:space="preserve">Sommer-Suchwort </w:t>
      </w:r>
      <w:r w:rsidRPr="00E56FB1">
        <w:rPr>
          <w:rFonts w:asciiTheme="majorHAnsi" w:hAnsiTheme="majorHAnsi" w:cstheme="majorHAnsi"/>
          <w:sz w:val="24"/>
        </w:rPr>
        <w:br/>
      </w:r>
      <w:r w:rsidRPr="00E56FB1">
        <w:rPr>
          <w:rFonts w:asciiTheme="majorHAnsi" w:hAnsiTheme="majorHAnsi" w:cstheme="majorHAnsi"/>
          <w:sz w:val="24"/>
        </w:rPr>
        <w:br/>
        <w:t>Finde dieses Wort im Buchstabensalat:</w:t>
      </w:r>
      <w:r w:rsidRPr="00E56FB1">
        <w:rPr>
          <w:rFonts w:asciiTheme="majorHAnsi" w:hAnsiTheme="majorHAnsi" w:cstheme="majorHAnsi"/>
          <w:sz w:val="24"/>
        </w:rPr>
        <w:br/>
      </w:r>
      <w:r w:rsidRPr="00E56FB1">
        <w:rPr>
          <w:rFonts w:asciiTheme="majorHAnsi" w:hAnsiTheme="majorHAnsi" w:cstheme="majorHAnsi"/>
          <w:sz w:val="24"/>
        </w:rPr>
        <w:br/>
        <w:t>SONNE</w:t>
      </w:r>
      <w:r w:rsidRPr="00E56FB1">
        <w:rPr>
          <w:rFonts w:asciiTheme="majorHAnsi" w:hAnsiTheme="majorHAnsi" w:cstheme="majorHAnsi"/>
          <w:sz w:val="24"/>
        </w:rPr>
        <w:br/>
      </w:r>
      <w:r w:rsidRPr="00E56FB1">
        <w:rPr>
          <w:rFonts w:asciiTheme="majorHAnsi" w:hAnsiTheme="majorHAnsi" w:cstheme="majorHAnsi"/>
          <w:sz w:val="24"/>
        </w:rPr>
        <w:br/>
        <w:t>S O M M E R T A N K I N O</w:t>
      </w:r>
      <w:r w:rsidRPr="00E56FB1">
        <w:rPr>
          <w:rFonts w:asciiTheme="majorHAnsi" w:hAnsiTheme="majorHAnsi" w:cstheme="majorHAnsi"/>
          <w:sz w:val="24"/>
        </w:rPr>
        <w:br/>
        <w:t>A W S O N N E P L A T S C H</w:t>
      </w:r>
      <w:r w:rsidRPr="00E56FB1">
        <w:rPr>
          <w:rFonts w:asciiTheme="majorHAnsi" w:hAnsiTheme="majorHAnsi" w:cstheme="majorHAnsi"/>
          <w:sz w:val="24"/>
        </w:rPr>
        <w:br/>
        <w:t>B A D E S E E X Y Z U V</w:t>
      </w:r>
      <w:r w:rsidRPr="00E56FB1">
        <w:rPr>
          <w:rFonts w:asciiTheme="majorHAnsi" w:hAnsiTheme="majorHAnsi" w:cstheme="majorHAnsi"/>
          <w:sz w:val="24"/>
        </w:rPr>
        <w:br/>
        <w:t>W A S S E R B A L L Q R</w:t>
      </w:r>
    </w:p>
    <w:p w14:paraId="7CD170A7" w14:textId="77777777" w:rsidR="00A24FA9" w:rsidRPr="00E56FB1" w:rsidRDefault="00A24FA9">
      <w:pPr>
        <w:rPr>
          <w:rFonts w:asciiTheme="majorHAnsi" w:hAnsiTheme="majorHAnsi" w:cstheme="majorHAnsi"/>
        </w:rPr>
      </w:pPr>
    </w:p>
    <w:p w14:paraId="26DB7C4E" w14:textId="77777777" w:rsidR="002423A5" w:rsidRPr="002423A5" w:rsidRDefault="002423A5" w:rsidP="002423A5">
      <w:pPr>
        <w:pStyle w:val="berschrift2"/>
        <w:rPr>
          <w:rFonts w:cstheme="majorHAnsi"/>
        </w:rPr>
      </w:pPr>
      <w:r w:rsidRPr="002423A5">
        <w:rPr>
          <w:rFonts w:cstheme="majorHAnsi"/>
        </w:rPr>
        <w:t>Lösungswort</w:t>
      </w:r>
    </w:p>
    <w:p w14:paraId="4D3C7727" w14:textId="77777777" w:rsidR="002423A5" w:rsidRPr="002423A5" w:rsidRDefault="002423A5" w:rsidP="002423A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ajorHAnsi" w:hAnsiTheme="majorHAnsi" w:cstheme="majorHAnsi"/>
        </w:rPr>
      </w:pPr>
      <w:r w:rsidRPr="002423A5">
        <w:rPr>
          <w:rStyle w:val="Fett"/>
          <w:rFonts w:asciiTheme="majorHAnsi" w:hAnsiTheme="majorHAnsi" w:cstheme="majorHAnsi"/>
        </w:rPr>
        <w:t>S</w:t>
      </w:r>
      <w:r w:rsidRPr="002423A5">
        <w:rPr>
          <w:rFonts w:asciiTheme="majorHAnsi" w:hAnsiTheme="majorHAnsi" w:cstheme="majorHAnsi"/>
        </w:rPr>
        <w:t>onne</w:t>
      </w:r>
    </w:p>
    <w:p w14:paraId="23B40390" w14:textId="77777777" w:rsidR="002423A5" w:rsidRPr="002423A5" w:rsidRDefault="002423A5" w:rsidP="002423A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ajorHAnsi" w:hAnsiTheme="majorHAnsi" w:cstheme="majorHAnsi"/>
        </w:rPr>
      </w:pPr>
      <w:r w:rsidRPr="002423A5">
        <w:rPr>
          <w:rStyle w:val="Fett"/>
          <w:rFonts w:asciiTheme="majorHAnsi" w:hAnsiTheme="majorHAnsi" w:cstheme="majorHAnsi"/>
        </w:rPr>
        <w:t>O</w:t>
      </w:r>
      <w:r w:rsidRPr="002423A5">
        <w:rPr>
          <w:rFonts w:asciiTheme="majorHAnsi" w:hAnsiTheme="majorHAnsi" w:cstheme="majorHAnsi"/>
        </w:rPr>
        <w:t>rangensaft</w:t>
      </w:r>
    </w:p>
    <w:p w14:paraId="4BF97079" w14:textId="77777777" w:rsidR="002423A5" w:rsidRPr="002423A5" w:rsidRDefault="002423A5" w:rsidP="002423A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ajorHAnsi" w:hAnsiTheme="majorHAnsi" w:cstheme="majorHAnsi"/>
        </w:rPr>
      </w:pPr>
      <w:r w:rsidRPr="002423A5">
        <w:rPr>
          <w:rStyle w:val="Fett"/>
          <w:rFonts w:asciiTheme="majorHAnsi" w:hAnsiTheme="majorHAnsi" w:cstheme="majorHAnsi"/>
        </w:rPr>
        <w:t>M</w:t>
      </w:r>
      <w:r w:rsidRPr="002423A5">
        <w:rPr>
          <w:rFonts w:asciiTheme="majorHAnsi" w:hAnsiTheme="majorHAnsi" w:cstheme="majorHAnsi"/>
        </w:rPr>
        <w:t>uschel</w:t>
      </w:r>
    </w:p>
    <w:p w14:paraId="3B5C9E89" w14:textId="77777777" w:rsidR="002423A5" w:rsidRPr="002423A5" w:rsidRDefault="002423A5" w:rsidP="002423A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ajorHAnsi" w:hAnsiTheme="majorHAnsi" w:cstheme="majorHAnsi"/>
        </w:rPr>
      </w:pPr>
      <w:r w:rsidRPr="002423A5">
        <w:rPr>
          <w:rStyle w:val="Fett"/>
          <w:rFonts w:asciiTheme="majorHAnsi" w:hAnsiTheme="majorHAnsi" w:cstheme="majorHAnsi"/>
        </w:rPr>
        <w:t>M</w:t>
      </w:r>
      <w:r w:rsidRPr="002423A5">
        <w:rPr>
          <w:rFonts w:asciiTheme="majorHAnsi" w:hAnsiTheme="majorHAnsi" w:cstheme="majorHAnsi"/>
        </w:rPr>
        <w:t>elone</w:t>
      </w:r>
    </w:p>
    <w:p w14:paraId="6B3AB9AB" w14:textId="77777777" w:rsidR="002423A5" w:rsidRPr="002423A5" w:rsidRDefault="002423A5" w:rsidP="002423A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ajorHAnsi" w:hAnsiTheme="majorHAnsi" w:cstheme="majorHAnsi"/>
        </w:rPr>
      </w:pPr>
      <w:r w:rsidRPr="002423A5">
        <w:rPr>
          <w:rStyle w:val="Fett"/>
          <w:rFonts w:asciiTheme="majorHAnsi" w:hAnsiTheme="majorHAnsi" w:cstheme="majorHAnsi"/>
        </w:rPr>
        <w:t>E</w:t>
      </w:r>
      <w:r w:rsidRPr="002423A5">
        <w:rPr>
          <w:rFonts w:asciiTheme="majorHAnsi" w:hAnsiTheme="majorHAnsi" w:cstheme="majorHAnsi"/>
        </w:rPr>
        <w:t>is</w:t>
      </w:r>
    </w:p>
    <w:p w14:paraId="46F1D566" w14:textId="77777777" w:rsidR="002423A5" w:rsidRPr="002423A5" w:rsidRDefault="002423A5" w:rsidP="002423A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ajorHAnsi" w:hAnsiTheme="majorHAnsi" w:cstheme="majorHAnsi"/>
        </w:rPr>
      </w:pPr>
      <w:r w:rsidRPr="002423A5">
        <w:rPr>
          <w:rStyle w:val="Fett"/>
          <w:rFonts w:asciiTheme="majorHAnsi" w:hAnsiTheme="majorHAnsi" w:cstheme="majorHAnsi"/>
        </w:rPr>
        <w:t>R</w:t>
      </w:r>
      <w:r w:rsidRPr="002423A5">
        <w:rPr>
          <w:rFonts w:asciiTheme="majorHAnsi" w:hAnsiTheme="majorHAnsi" w:cstheme="majorHAnsi"/>
        </w:rPr>
        <w:t>utsche</w:t>
      </w:r>
    </w:p>
    <w:p w14:paraId="469482B2" w14:textId="77777777" w:rsidR="002423A5" w:rsidRPr="002423A5" w:rsidRDefault="002423A5" w:rsidP="002423A5">
      <w:pPr>
        <w:pStyle w:val="StandardWeb"/>
        <w:rPr>
          <w:rFonts w:asciiTheme="majorHAnsi" w:hAnsiTheme="majorHAnsi" w:cstheme="majorHAnsi"/>
        </w:rPr>
      </w:pPr>
      <w:r w:rsidRPr="002423A5">
        <w:rPr>
          <w:rFonts w:asciiTheme="majorHAnsi" w:hAnsiTheme="majorHAnsi" w:cstheme="majorHAnsi"/>
          <w:lang w:val="en-US"/>
        </w:rPr>
        <w:t>Das Lösungswort lautet:</w:t>
      </w:r>
    </w:p>
    <w:p w14:paraId="4A66BBEF" w14:textId="77777777" w:rsidR="002423A5" w:rsidRDefault="002423A5" w:rsidP="002423A5">
      <w:pPr>
        <w:pStyle w:val="StandardWeb"/>
      </w:pPr>
      <w:r>
        <w:br/>
      </w:r>
      <w:r>
        <w:rPr>
          <w:lang w:val="en-US"/>
        </w:rPr>
        <w:t>________________________________ </w:t>
      </w:r>
    </w:p>
    <w:p w14:paraId="1589965D" w14:textId="77777777" w:rsidR="00E571D9" w:rsidRDefault="00E571D9">
      <w:pPr>
        <w:pStyle w:val="berschrift2"/>
        <w:rPr>
          <w:rFonts w:cstheme="majorHAnsi"/>
        </w:rPr>
      </w:pPr>
    </w:p>
    <w:p w14:paraId="1ACCC87B" w14:textId="14DA4B5B" w:rsidR="00A24FA9" w:rsidRPr="00E56FB1" w:rsidRDefault="00000000">
      <w:pPr>
        <w:pStyle w:val="berschrift2"/>
        <w:rPr>
          <w:rFonts w:cstheme="majorHAnsi"/>
        </w:rPr>
      </w:pPr>
      <w:r w:rsidRPr="00E56FB1">
        <w:rPr>
          <w:rFonts w:cstheme="majorHAnsi"/>
        </w:rPr>
        <w:t>Zu gewinnen</w:t>
      </w:r>
    </w:p>
    <w:p w14:paraId="3D33C451" w14:textId="3817B532" w:rsidR="00A24FA9" w:rsidRPr="00E56FB1" w:rsidRDefault="00000000">
      <w:pPr>
        <w:rPr>
          <w:rFonts w:asciiTheme="majorHAnsi" w:hAnsiTheme="majorHAnsi" w:cstheme="majorHAnsi"/>
        </w:rPr>
      </w:pPr>
      <w:r w:rsidRPr="00E56FB1">
        <w:rPr>
          <w:rFonts w:asciiTheme="majorHAnsi" w:hAnsiTheme="majorHAnsi" w:cstheme="majorHAnsi"/>
        </w:rPr>
        <w:t xml:space="preserve">Ein toller Wasserball für den Sommer! </w:t>
      </w:r>
    </w:p>
    <w:p w14:paraId="028B26CD" w14:textId="77777777" w:rsidR="00E571D9" w:rsidRDefault="00E571D9">
      <w:pPr>
        <w:jc w:val="center"/>
        <w:rPr>
          <w:rFonts w:asciiTheme="majorHAnsi" w:hAnsiTheme="majorHAnsi" w:cstheme="majorHAnsi"/>
          <w:b/>
        </w:rPr>
      </w:pPr>
    </w:p>
    <w:p w14:paraId="342FA6B9" w14:textId="21EFFA9D" w:rsidR="002439DE" w:rsidRDefault="002439DE">
      <w:pPr>
        <w:jc w:val="center"/>
        <w:rPr>
          <w:rFonts w:asciiTheme="majorHAnsi" w:hAnsiTheme="majorHAnsi" w:cstheme="majorHAnsi"/>
          <w:b/>
        </w:rPr>
      </w:pPr>
      <w:r w:rsidRPr="002439DE">
        <w:rPr>
          <w:rFonts w:asciiTheme="majorHAnsi" w:hAnsiTheme="majorHAnsi" w:cstheme="majorHAnsi"/>
          <w:b/>
        </w:rPr>
        <w:t xml:space="preserve">Schicke das Lösungswort per Mail an: </w:t>
      </w:r>
      <w:hyperlink r:id="rId8" w:history="1">
        <w:r w:rsidR="001079F7" w:rsidRPr="006C34E0">
          <w:rPr>
            <w:rStyle w:val="Hyperlink"/>
            <w:rFonts w:asciiTheme="majorHAnsi" w:hAnsiTheme="majorHAnsi" w:cstheme="majorHAnsi"/>
            <w:b/>
          </w:rPr>
          <w:t>post@tankino.de</w:t>
        </w:r>
      </w:hyperlink>
      <w:r w:rsidR="001079F7">
        <w:rPr>
          <w:rFonts w:asciiTheme="majorHAnsi" w:hAnsiTheme="majorHAnsi" w:cstheme="majorHAnsi"/>
          <w:b/>
        </w:rPr>
        <w:t xml:space="preserve"> </w:t>
      </w:r>
      <w:r w:rsidR="001079F7">
        <w:rPr>
          <w:rFonts w:asciiTheme="majorHAnsi" w:hAnsiTheme="majorHAnsi" w:cstheme="majorHAnsi"/>
          <w:b/>
        </w:rPr>
        <w:br/>
        <w:t>Bitte Name Alter und Adresse nicht vergessen!</w:t>
      </w:r>
    </w:p>
    <w:p w14:paraId="67C273F7" w14:textId="09A2301A" w:rsidR="002D5E60" w:rsidRPr="002439DE" w:rsidRDefault="002D5E60">
      <w:pPr>
        <w:jc w:val="center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Einsendeschluss ist der 31.7.2026</w:t>
      </w:r>
    </w:p>
    <w:p w14:paraId="23467D8F" w14:textId="067EF752" w:rsidR="002439DE" w:rsidRDefault="002439DE" w:rsidP="002439DE">
      <w:pPr>
        <w:jc w:val="center"/>
        <w:rPr>
          <w:rFonts w:ascii="Apple Color Emoji" w:hAnsi="Apple Color Emoji" w:cs="Apple Color Emoji"/>
          <w:b/>
        </w:rPr>
      </w:pPr>
      <w:r w:rsidRPr="00E56FB1">
        <w:rPr>
          <w:rFonts w:asciiTheme="majorHAnsi" w:hAnsiTheme="majorHAnsi" w:cstheme="majorHAnsi"/>
          <w:b/>
        </w:rPr>
        <w:t xml:space="preserve">Viel Glück wünscht Dir Tankino! </w:t>
      </w:r>
      <w:r w:rsidRPr="00E56FB1">
        <w:rPr>
          <w:rFonts w:ascii="Apple Color Emoji" w:hAnsi="Apple Color Emoji" w:cs="Apple Color Emoji"/>
          <w:b/>
        </w:rPr>
        <w:t>🐉☀️</w:t>
      </w:r>
    </w:p>
    <w:p w14:paraId="7EB5251D" w14:textId="77777777" w:rsidR="002439DE" w:rsidRPr="00E56FB1" w:rsidRDefault="002439DE">
      <w:pPr>
        <w:jc w:val="center"/>
        <w:rPr>
          <w:rFonts w:asciiTheme="majorHAnsi" w:hAnsiTheme="majorHAnsi" w:cstheme="majorHAnsi"/>
        </w:rPr>
      </w:pPr>
    </w:p>
    <w:sectPr w:rsidR="002439DE" w:rsidRPr="00E56FB1" w:rsidSect="000346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B7C877B" w14:textId="77777777" w:rsidR="00C276FD" w:rsidRDefault="00C276FD" w:rsidP="002439DE">
      <w:pPr>
        <w:spacing w:after="0" w:line="240" w:lineRule="auto"/>
      </w:pPr>
      <w:r>
        <w:separator/>
      </w:r>
    </w:p>
  </w:endnote>
  <w:endnote w:type="continuationSeparator" w:id="0">
    <w:p w14:paraId="64B3AEF9" w14:textId="77777777" w:rsidR="00C276FD" w:rsidRDefault="00C276FD" w:rsidP="00243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Seitenzahl"/>
      </w:rPr>
      <w:id w:val="-1733536933"/>
      <w:docPartObj>
        <w:docPartGallery w:val="Page Numbers (Bottom of Page)"/>
        <w:docPartUnique/>
      </w:docPartObj>
    </w:sdtPr>
    <w:sdtContent>
      <w:p w14:paraId="370C187A" w14:textId="1ECB34ED" w:rsidR="002439DE" w:rsidRDefault="002439DE" w:rsidP="006C34E0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</w:rPr>
          <w:fldChar w:fldCharType="end"/>
        </w:r>
      </w:p>
    </w:sdtContent>
  </w:sdt>
  <w:p w14:paraId="652B3C33" w14:textId="77777777" w:rsidR="002439DE" w:rsidRDefault="002439D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Seitenzahl"/>
      </w:rPr>
      <w:id w:val="-1569880982"/>
      <w:docPartObj>
        <w:docPartGallery w:val="Page Numbers (Bottom of Page)"/>
        <w:docPartUnique/>
      </w:docPartObj>
    </w:sdtPr>
    <w:sdtContent>
      <w:p w14:paraId="1716DEC3" w14:textId="11899B62" w:rsidR="002439DE" w:rsidRDefault="002439DE" w:rsidP="006C34E0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2</w:t>
        </w:r>
        <w:r>
          <w:rPr>
            <w:rStyle w:val="Seitenzahl"/>
          </w:rPr>
          <w:fldChar w:fldCharType="end"/>
        </w:r>
      </w:p>
    </w:sdtContent>
  </w:sdt>
  <w:p w14:paraId="1FDCCC01" w14:textId="77777777" w:rsidR="002439DE" w:rsidRDefault="002439D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AEFC34F" w14:textId="77777777" w:rsidR="002439DE" w:rsidRDefault="002439D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967637C" w14:textId="77777777" w:rsidR="00C276FD" w:rsidRDefault="00C276FD" w:rsidP="002439DE">
      <w:pPr>
        <w:spacing w:after="0" w:line="240" w:lineRule="auto"/>
      </w:pPr>
      <w:r>
        <w:separator/>
      </w:r>
    </w:p>
  </w:footnote>
  <w:footnote w:type="continuationSeparator" w:id="0">
    <w:p w14:paraId="475551C4" w14:textId="77777777" w:rsidR="00C276FD" w:rsidRDefault="00C276FD" w:rsidP="002439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183F7B" w14:textId="4CC356D5" w:rsidR="002439DE" w:rsidRDefault="00C276FD">
    <w:pPr>
      <w:pStyle w:val="Kopfzeile"/>
    </w:pPr>
    <w:r>
      <w:rPr>
        <w:noProof/>
      </w:rPr>
      <w:pict w14:anchorId="3F7C5B7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45475" o:spid="_x0000_s1027" type="#_x0000_t75" alt="" style="position:absolute;margin-left:0;margin-top:0;width:600pt;height:960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ankino_higru tran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2CC9E20" w14:textId="1D30280E" w:rsidR="002439DE" w:rsidRDefault="00C276FD">
    <w:pPr>
      <w:pStyle w:val="Kopfzeile"/>
    </w:pPr>
    <w:r>
      <w:rPr>
        <w:noProof/>
      </w:rPr>
      <w:pict w14:anchorId="501136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45476" o:spid="_x0000_s1026" type="#_x0000_t75" alt="" style="position:absolute;margin-left:0;margin-top:0;width:600pt;height:960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ankino_higru trans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5B4E05D" w14:textId="0C39E4E5" w:rsidR="002439DE" w:rsidRDefault="00C276FD">
    <w:pPr>
      <w:pStyle w:val="Kopfzeile"/>
    </w:pPr>
    <w:r>
      <w:rPr>
        <w:noProof/>
      </w:rPr>
      <w:pict w14:anchorId="7B96B0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45474" o:spid="_x0000_s1025" type="#_x0000_t75" alt="" style="position:absolute;margin-left:0;margin-top:0;width:600pt;height:960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ankino_higru tran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F502BC9"/>
    <w:multiLevelType w:val="multilevel"/>
    <w:tmpl w:val="F6D6F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99331847">
    <w:abstractNumId w:val="8"/>
  </w:num>
  <w:num w:numId="2" w16cid:durableId="484660723">
    <w:abstractNumId w:val="6"/>
  </w:num>
  <w:num w:numId="3" w16cid:durableId="873661287">
    <w:abstractNumId w:val="5"/>
  </w:num>
  <w:num w:numId="4" w16cid:durableId="1388870548">
    <w:abstractNumId w:val="4"/>
  </w:num>
  <w:num w:numId="5" w16cid:durableId="595789881">
    <w:abstractNumId w:val="7"/>
  </w:num>
  <w:num w:numId="6" w16cid:durableId="561865405">
    <w:abstractNumId w:val="3"/>
  </w:num>
  <w:num w:numId="7" w16cid:durableId="1337342903">
    <w:abstractNumId w:val="2"/>
  </w:num>
  <w:num w:numId="8" w16cid:durableId="1168641818">
    <w:abstractNumId w:val="1"/>
  </w:num>
  <w:num w:numId="9" w16cid:durableId="1554462394">
    <w:abstractNumId w:val="0"/>
  </w:num>
  <w:num w:numId="10" w16cid:durableId="2000500616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079F7"/>
    <w:rsid w:val="0015074B"/>
    <w:rsid w:val="002423A5"/>
    <w:rsid w:val="002439DE"/>
    <w:rsid w:val="0029639D"/>
    <w:rsid w:val="002D5E60"/>
    <w:rsid w:val="00307AE4"/>
    <w:rsid w:val="00326F90"/>
    <w:rsid w:val="00427558"/>
    <w:rsid w:val="00807957"/>
    <w:rsid w:val="009774EB"/>
    <w:rsid w:val="00A24FA9"/>
    <w:rsid w:val="00AA1D8D"/>
    <w:rsid w:val="00B47730"/>
    <w:rsid w:val="00C276FD"/>
    <w:rsid w:val="00CB0664"/>
    <w:rsid w:val="00D03A51"/>
    <w:rsid w:val="00E56FB1"/>
    <w:rsid w:val="00E571D9"/>
    <w:rsid w:val="00EF4661"/>
    <w:rsid w:val="00F0572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079D642"/>
  <w14:defaultImageDpi w14:val="300"/>
  <w15:docId w15:val="{44D479AB-64C9-DF4C-913E-0A83AEECB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Seitenzahl">
    <w:name w:val="page number"/>
    <w:basedOn w:val="Absatz-Standardschriftart"/>
    <w:uiPriority w:val="99"/>
    <w:semiHidden/>
    <w:unhideWhenUsed/>
    <w:rsid w:val="002439DE"/>
  </w:style>
  <w:style w:type="character" w:styleId="Hyperlink">
    <w:name w:val="Hyperlink"/>
    <w:basedOn w:val="Absatz-Standardschriftart"/>
    <w:uiPriority w:val="99"/>
    <w:unhideWhenUsed/>
    <w:rsid w:val="001079F7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079F7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242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@tankino.d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1052</Characters>
  <Application>Microsoft Office Word</Application>
  <DocSecurity>0</DocSecurity>
  <Lines>61</Lines>
  <Paragraphs>31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Internetagentur Kähler</cp:lastModifiedBy>
  <cp:revision>2</cp:revision>
  <cp:lastPrinted>2026-05-29T08:56:00Z</cp:lastPrinted>
  <dcterms:created xsi:type="dcterms:W3CDTF">2026-06-29T08:47:00Z</dcterms:created>
  <dcterms:modified xsi:type="dcterms:W3CDTF">2026-06-29T08:47:00Z</dcterms:modified>
  <cp:category/>
</cp:coreProperties>
</file>